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FCD55D" w14:textId="77777777" w:rsidR="00F746DB" w:rsidRDefault="00397E73">
      <w:pPr>
        <w:jc w:val="center"/>
      </w:pPr>
      <w:r>
        <w:rPr>
          <w:b/>
          <w:sz w:val="32"/>
        </w:rPr>
        <w:t>FISHTAIL SCHOOL DISTRICT</w:t>
      </w:r>
    </w:p>
    <w:p w14:paraId="3792193E" w14:textId="77777777" w:rsidR="00F746DB" w:rsidRDefault="00397E73">
      <w:pPr>
        <w:jc w:val="center"/>
      </w:pPr>
      <w:r>
        <w:rPr>
          <w:b/>
          <w:sz w:val="26"/>
        </w:rPr>
        <w:t>BOARD OF TRUSTEES</w:t>
      </w:r>
    </w:p>
    <w:p w14:paraId="7ADF2BCC" w14:textId="30E33A79" w:rsidR="00F746DB" w:rsidRDefault="005A722B">
      <w:pPr>
        <w:jc w:val="center"/>
      </w:pPr>
      <w:r>
        <w:rPr>
          <w:b/>
          <w:sz w:val="26"/>
        </w:rPr>
        <w:t>BOARD</w:t>
      </w:r>
      <w:r w:rsidR="00397E73">
        <w:rPr>
          <w:b/>
          <w:sz w:val="26"/>
        </w:rPr>
        <w:t xml:space="preserve"> MEETING AGENDA</w:t>
      </w:r>
    </w:p>
    <w:p w14:paraId="5EA02DDD" w14:textId="49A2037E" w:rsidR="00F746DB" w:rsidRDefault="00D0143B">
      <w:pPr>
        <w:jc w:val="center"/>
      </w:pPr>
      <w:r>
        <w:rPr>
          <w:sz w:val="22"/>
        </w:rPr>
        <w:t>Monday</w:t>
      </w:r>
      <w:r w:rsidR="00397E73">
        <w:rPr>
          <w:sz w:val="22"/>
        </w:rPr>
        <w:t xml:space="preserve">, </w:t>
      </w:r>
      <w:proofErr w:type="gramStart"/>
      <w:r>
        <w:rPr>
          <w:sz w:val="22"/>
        </w:rPr>
        <w:t xml:space="preserve">October </w:t>
      </w:r>
      <w:r w:rsidR="008308BB">
        <w:rPr>
          <w:sz w:val="22"/>
        </w:rPr>
        <w:t xml:space="preserve"> </w:t>
      </w:r>
      <w:r>
        <w:rPr>
          <w:sz w:val="22"/>
        </w:rPr>
        <w:t>12</w:t>
      </w:r>
      <w:proofErr w:type="gramEnd"/>
      <w:r w:rsidR="00397E73">
        <w:rPr>
          <w:sz w:val="22"/>
        </w:rPr>
        <w:t xml:space="preserve">, 2026 | </w:t>
      </w:r>
      <w:r>
        <w:rPr>
          <w:sz w:val="22"/>
        </w:rPr>
        <w:t>7</w:t>
      </w:r>
      <w:r w:rsidR="00397E73">
        <w:rPr>
          <w:sz w:val="22"/>
        </w:rPr>
        <w:t>:00 p.m.</w:t>
      </w:r>
    </w:p>
    <w:p w14:paraId="420C61C2" w14:textId="77777777" w:rsidR="00F746DB" w:rsidRDefault="00397E73">
      <w:pPr>
        <w:jc w:val="center"/>
      </w:pPr>
      <w:r>
        <w:rPr>
          <w:i/>
        </w:rPr>
        <w:t>Fishtail School</w:t>
      </w:r>
    </w:p>
    <w:p w14:paraId="700F2D95" w14:textId="77777777" w:rsidR="00F746DB" w:rsidRDefault="00F746DB"/>
    <w:p w14:paraId="1154B2BB" w14:textId="15D8F4C3" w:rsidR="00F746DB" w:rsidRDefault="00397E73">
      <w:pPr>
        <w:spacing w:before="140" w:after="40"/>
      </w:pPr>
      <w:r>
        <w:rPr>
          <w:b/>
          <w:sz w:val="22"/>
        </w:rPr>
        <w:t xml:space="preserve">I. </w:t>
      </w:r>
      <w:r w:rsidR="00115315">
        <w:rPr>
          <w:b/>
          <w:sz w:val="22"/>
        </w:rPr>
        <w:t xml:space="preserve">  </w:t>
      </w:r>
      <w:r>
        <w:rPr>
          <w:b/>
          <w:sz w:val="22"/>
        </w:rPr>
        <w:t xml:space="preserve"> CALL TO ORDER</w:t>
      </w:r>
    </w:p>
    <w:p w14:paraId="74840D9C" w14:textId="0FF3DDBE" w:rsidR="00F746DB" w:rsidRDefault="00397E73">
      <w:pPr>
        <w:spacing w:before="140" w:after="40"/>
      </w:pPr>
      <w:r>
        <w:rPr>
          <w:b/>
          <w:sz w:val="22"/>
        </w:rPr>
        <w:t>II.  ESTABLISHMENT OF QUORUM</w:t>
      </w:r>
    </w:p>
    <w:p w14:paraId="090AFEE7" w14:textId="0C4551D8" w:rsidR="00F746DB" w:rsidRDefault="00397E73">
      <w:pPr>
        <w:spacing w:before="140" w:after="40"/>
      </w:pPr>
      <w:r>
        <w:rPr>
          <w:b/>
          <w:sz w:val="22"/>
        </w:rPr>
        <w:t>I</w:t>
      </w:r>
      <w:r w:rsidR="00C01365">
        <w:rPr>
          <w:b/>
          <w:sz w:val="22"/>
        </w:rPr>
        <w:t>II</w:t>
      </w:r>
      <w:r>
        <w:rPr>
          <w:b/>
          <w:sz w:val="22"/>
        </w:rPr>
        <w:t>.  PUBLIC COMMENT ON NON-AGENDA ITEMS</w:t>
      </w:r>
    </w:p>
    <w:p w14:paraId="05E1A6AF" w14:textId="77777777" w:rsidR="00F746DB" w:rsidRDefault="00397E73">
      <w:pPr>
        <w:spacing w:after="100"/>
        <w:ind w:left="360" w:right="216"/>
      </w:pPr>
      <w:r>
        <w:rPr>
          <w:i/>
          <w:sz w:val="19"/>
        </w:rPr>
        <w:t>This portion of the meeting is reserved for public comment on matters within the jurisdiction of the Board that are not otherwise specifically listed on the agenda. Members of the public wishing to comment on an agenda item may be recognized by the Board Chair when that item is considered. The Board may not take action on a matter raised during public comment unless the matter is properly noticed on a future agenda. Comments should be directed to the Board and should not include confidential or personally identifiable information protected by law.</w:t>
      </w:r>
    </w:p>
    <w:p w14:paraId="56EB01F0" w14:textId="07F83765" w:rsidR="00F746DB" w:rsidRDefault="00397E73">
      <w:pPr>
        <w:spacing w:before="140" w:after="40"/>
      </w:pPr>
      <w:r>
        <w:rPr>
          <w:b/>
          <w:sz w:val="22"/>
        </w:rPr>
        <w:t>V.  CONSENT AGENDA</w:t>
      </w:r>
    </w:p>
    <w:p w14:paraId="10B62A6F" w14:textId="77777777" w:rsidR="00F746DB" w:rsidRDefault="00397E73">
      <w:pPr>
        <w:spacing w:after="80"/>
        <w:ind w:left="360" w:right="216"/>
      </w:pPr>
      <w:r>
        <w:rPr>
          <w:i/>
          <w:sz w:val="19"/>
        </w:rPr>
        <w:t>The following items are considered routine and may be approved by one motion. Any Trustee may request that an item be removed from the Consent Agenda for separate discussion and action.</w:t>
      </w:r>
    </w:p>
    <w:p w14:paraId="37869A6C" w14:textId="77777777" w:rsidR="00F746DB" w:rsidRDefault="00397E73">
      <w:pPr>
        <w:pStyle w:val="ListBullet"/>
        <w:spacing w:after="20"/>
        <w:ind w:left="504"/>
      </w:pPr>
      <w:r>
        <w:t>Approval of Minutes</w:t>
      </w:r>
    </w:p>
    <w:p w14:paraId="41DF009E" w14:textId="77777777" w:rsidR="00F746DB" w:rsidRDefault="00397E73">
      <w:pPr>
        <w:pStyle w:val="ListBullet"/>
        <w:spacing w:after="20"/>
        <w:ind w:left="504"/>
      </w:pPr>
      <w:r>
        <w:t>Approval of Bills and Signing of Warrants</w:t>
      </w:r>
    </w:p>
    <w:p w14:paraId="3FCC51B4" w14:textId="4BF1AA67" w:rsidR="00F746DB" w:rsidRDefault="00397E73">
      <w:pPr>
        <w:spacing w:before="140" w:after="40"/>
      </w:pPr>
      <w:r>
        <w:rPr>
          <w:b/>
          <w:sz w:val="22"/>
        </w:rPr>
        <w:t xml:space="preserve">VI.  </w:t>
      </w:r>
      <w:r w:rsidR="00D0143B">
        <w:rPr>
          <w:b/>
          <w:sz w:val="22"/>
        </w:rPr>
        <w:t>TEACHER CONCERNS</w:t>
      </w:r>
    </w:p>
    <w:p w14:paraId="00A5B0AD" w14:textId="2753A657" w:rsidR="00F746DB" w:rsidRDefault="00397E73" w:rsidP="00CC3B14">
      <w:pPr>
        <w:pStyle w:val="ListBullet"/>
        <w:spacing w:after="20"/>
        <w:ind w:left="504"/>
      </w:pPr>
      <w:r>
        <w:t>Krystle</w:t>
      </w:r>
    </w:p>
    <w:p w14:paraId="6F778887" w14:textId="7806CDF2" w:rsidR="00F746DB" w:rsidRDefault="007B365A">
      <w:pPr>
        <w:spacing w:before="140" w:after="40"/>
        <w:rPr>
          <w:b/>
          <w:sz w:val="22"/>
        </w:rPr>
      </w:pPr>
      <w:r>
        <w:rPr>
          <w:b/>
          <w:sz w:val="22"/>
        </w:rPr>
        <w:t>VII</w:t>
      </w:r>
      <w:r w:rsidR="00397E73">
        <w:rPr>
          <w:b/>
          <w:sz w:val="22"/>
        </w:rPr>
        <w:t>.  UNFINISHED BUSINESS</w:t>
      </w:r>
    </w:p>
    <w:p w14:paraId="7E43E1BC" w14:textId="31FAA838" w:rsidR="00D0143B" w:rsidRDefault="00D0143B" w:rsidP="00D0143B">
      <w:pPr>
        <w:pStyle w:val="ListBullet"/>
        <w:spacing w:after="20"/>
        <w:ind w:left="504"/>
      </w:pPr>
      <w:r>
        <w:t>Security Cameras</w:t>
      </w:r>
    </w:p>
    <w:p w14:paraId="3D67E427" w14:textId="5D29F9CD" w:rsidR="00D0143B" w:rsidRDefault="00D0143B" w:rsidP="00D0143B">
      <w:pPr>
        <w:pStyle w:val="ListBullet"/>
        <w:spacing w:after="20"/>
        <w:ind w:left="504"/>
      </w:pPr>
      <w:r>
        <w:t>Music Teacher</w:t>
      </w:r>
      <w:r w:rsidR="00E4323C">
        <w:t>/Christmas Program</w:t>
      </w:r>
    </w:p>
    <w:p w14:paraId="066E4BEE" w14:textId="74971F2B" w:rsidR="00D0143B" w:rsidRDefault="00D0143B" w:rsidP="00E4323C">
      <w:pPr>
        <w:pStyle w:val="ListBullet"/>
        <w:spacing w:after="20"/>
        <w:ind w:left="504"/>
      </w:pPr>
      <w:r>
        <w:t>MT One-Room School House Emergency Action Plan</w:t>
      </w:r>
    </w:p>
    <w:p w14:paraId="6F66FC37" w14:textId="5A618D72" w:rsidR="00F746DB" w:rsidRDefault="007B365A" w:rsidP="00462EB0">
      <w:pPr>
        <w:spacing w:before="140" w:after="40"/>
      </w:pPr>
      <w:r>
        <w:rPr>
          <w:b/>
          <w:sz w:val="22"/>
        </w:rPr>
        <w:t>VIII</w:t>
      </w:r>
      <w:r w:rsidR="00397E73">
        <w:rPr>
          <w:b/>
          <w:sz w:val="22"/>
        </w:rPr>
        <w:t>.  NEW BUSINESS</w:t>
      </w:r>
    </w:p>
    <w:p w14:paraId="59BBAADF" w14:textId="41C86766" w:rsidR="00051B1F" w:rsidRDefault="00051B1F" w:rsidP="007C73D7">
      <w:pPr>
        <w:pStyle w:val="ListBullet"/>
        <w:spacing w:after="20"/>
        <w:ind w:left="504"/>
      </w:pPr>
      <w:r>
        <w:t>Sprinkler System Blow Out</w:t>
      </w:r>
    </w:p>
    <w:p w14:paraId="40339816" w14:textId="06277B11" w:rsidR="00051B1F" w:rsidRDefault="00051B1F" w:rsidP="007C73D7">
      <w:pPr>
        <w:pStyle w:val="ListBullet"/>
        <w:spacing w:after="20"/>
        <w:ind w:left="504"/>
      </w:pPr>
      <w:r>
        <w:t>Broken Annex Doors</w:t>
      </w:r>
      <w:bookmarkStart w:id="0" w:name="_GoBack"/>
      <w:bookmarkEnd w:id="0"/>
    </w:p>
    <w:p w14:paraId="33A8F2B3" w14:textId="48A51B2C" w:rsidR="00051B1F" w:rsidRDefault="00051B1F" w:rsidP="007C73D7">
      <w:pPr>
        <w:pStyle w:val="ListBullet"/>
        <w:spacing w:after="20"/>
        <w:ind w:left="504"/>
      </w:pPr>
      <w:r>
        <w:t>Snow Removal</w:t>
      </w:r>
    </w:p>
    <w:p w14:paraId="2A8A68A7" w14:textId="1D081288" w:rsidR="007C73D7" w:rsidRDefault="007C73D7" w:rsidP="007C73D7">
      <w:pPr>
        <w:pStyle w:val="ListBullet"/>
        <w:spacing w:after="20"/>
        <w:ind w:left="504"/>
      </w:pPr>
      <w:r>
        <w:t>Policy Updates – MTSBA Recommended Revisions</w:t>
      </w:r>
    </w:p>
    <w:p w14:paraId="1ADD9E2B" w14:textId="77777777" w:rsidR="007C73D7" w:rsidRDefault="007C73D7" w:rsidP="007C73D7">
      <w:pPr>
        <w:pStyle w:val="ListBullet"/>
        <w:spacing w:after="20"/>
        <w:ind w:left="504"/>
      </w:pPr>
      <w:r>
        <w:t>Board Meeting Frequency – Quarterly Meetings Discussion</w:t>
      </w:r>
    </w:p>
    <w:p w14:paraId="1C609D04" w14:textId="76307097" w:rsidR="00F746DB" w:rsidRDefault="007B365A">
      <w:pPr>
        <w:spacing w:before="140" w:after="40"/>
      </w:pPr>
      <w:r>
        <w:rPr>
          <w:b/>
          <w:sz w:val="22"/>
        </w:rPr>
        <w:t>IX</w:t>
      </w:r>
      <w:r w:rsidR="00397E73">
        <w:rPr>
          <w:b/>
          <w:sz w:val="22"/>
        </w:rPr>
        <w:t>.  MONTHLY SAFETY CHECK</w:t>
      </w:r>
    </w:p>
    <w:p w14:paraId="417460B8" w14:textId="5F764001" w:rsidR="00F746DB" w:rsidRDefault="00397E73">
      <w:pPr>
        <w:spacing w:before="140" w:after="40"/>
      </w:pPr>
      <w:r>
        <w:rPr>
          <w:b/>
          <w:sz w:val="22"/>
        </w:rPr>
        <w:t>X.  ADJOURNMENT</w:t>
      </w:r>
    </w:p>
    <w:sectPr w:rsidR="00F746DB" w:rsidSect="00034616">
      <w:footerReference w:type="default" r:id="rId8"/>
      <w:pgSz w:w="12240" w:h="15840"/>
      <w:pgMar w:top="864" w:right="1224" w:bottom="864"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CA71BA" w14:textId="77777777" w:rsidR="00FE03CF" w:rsidRDefault="00FE03CF">
      <w:pPr>
        <w:spacing w:after="0" w:line="240" w:lineRule="auto"/>
      </w:pPr>
      <w:r>
        <w:separator/>
      </w:r>
    </w:p>
  </w:endnote>
  <w:endnote w:type="continuationSeparator" w:id="0">
    <w:p w14:paraId="3DD4A64B" w14:textId="77777777" w:rsidR="00FE03CF" w:rsidRDefault="00FE0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69D48A" w14:textId="77777777" w:rsidR="00F746DB" w:rsidRDefault="00397E73">
    <w:pPr>
      <w:pStyle w:val="Footer"/>
      <w:jc w:val="center"/>
    </w:pPr>
    <w:r>
      <w:rPr>
        <w:sz w:val="16"/>
      </w:rPr>
      <w:t>Fishtail School District Board of Trustees • Regular Meeting Agenda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FB97D5" w14:textId="77777777" w:rsidR="00FE03CF" w:rsidRDefault="00FE03CF">
      <w:pPr>
        <w:spacing w:after="0" w:line="240" w:lineRule="auto"/>
      </w:pPr>
      <w:r>
        <w:separator/>
      </w:r>
    </w:p>
  </w:footnote>
  <w:footnote w:type="continuationSeparator" w:id="0">
    <w:p w14:paraId="651D0737" w14:textId="77777777" w:rsidR="00FE03CF" w:rsidRDefault="00FE03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32C7CE5"/>
    <w:multiLevelType w:val="hybridMultilevel"/>
    <w:tmpl w:val="4AEC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67B"/>
    <w:rsid w:val="00034616"/>
    <w:rsid w:val="00051B1F"/>
    <w:rsid w:val="0006063C"/>
    <w:rsid w:val="00115315"/>
    <w:rsid w:val="0011590F"/>
    <w:rsid w:val="0015074B"/>
    <w:rsid w:val="001A7043"/>
    <w:rsid w:val="0021208E"/>
    <w:rsid w:val="00271C4D"/>
    <w:rsid w:val="0029639D"/>
    <w:rsid w:val="002F450F"/>
    <w:rsid w:val="00326F90"/>
    <w:rsid w:val="00374CFB"/>
    <w:rsid w:val="00397E73"/>
    <w:rsid w:val="00462EB0"/>
    <w:rsid w:val="005A722B"/>
    <w:rsid w:val="00665518"/>
    <w:rsid w:val="00674D2B"/>
    <w:rsid w:val="007A1E2D"/>
    <w:rsid w:val="007B365A"/>
    <w:rsid w:val="007C63E9"/>
    <w:rsid w:val="007C73D7"/>
    <w:rsid w:val="008308BB"/>
    <w:rsid w:val="00862258"/>
    <w:rsid w:val="00A04E65"/>
    <w:rsid w:val="00A1524D"/>
    <w:rsid w:val="00A431BD"/>
    <w:rsid w:val="00AA1D8D"/>
    <w:rsid w:val="00AB0ABD"/>
    <w:rsid w:val="00AF00B7"/>
    <w:rsid w:val="00B47730"/>
    <w:rsid w:val="00BF38A1"/>
    <w:rsid w:val="00C01365"/>
    <w:rsid w:val="00CB0664"/>
    <w:rsid w:val="00CC3B14"/>
    <w:rsid w:val="00CF67B8"/>
    <w:rsid w:val="00D0143B"/>
    <w:rsid w:val="00E4323C"/>
    <w:rsid w:val="00E9593F"/>
    <w:rsid w:val="00E96240"/>
    <w:rsid w:val="00EC28A5"/>
    <w:rsid w:val="00F746DB"/>
    <w:rsid w:val="00FC48B5"/>
    <w:rsid w:val="00FC693F"/>
    <w:rsid w:val="00FE03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87B021"/>
  <w14:defaultImageDpi w14:val="300"/>
  <w15:docId w15:val="{3D9EEB29-ABD1-45CD-B420-D94A3BF0A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0B1E0-AB4D-471E-AF28-23C8D6BFE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209</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keconom</cp:lastModifiedBy>
  <cp:revision>6</cp:revision>
  <dcterms:created xsi:type="dcterms:W3CDTF">2026-10-06T21:45:00Z</dcterms:created>
  <dcterms:modified xsi:type="dcterms:W3CDTF">2026-10-07T21:26:00Z</dcterms:modified>
  <cp:category/>
</cp:coreProperties>
</file>