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CD55D" w14:textId="77777777" w:rsidR="00F746DB" w:rsidRDefault="00397E73">
      <w:pPr>
        <w:jc w:val="center"/>
      </w:pPr>
      <w:r>
        <w:rPr>
          <w:b/>
          <w:sz w:val="32"/>
        </w:rPr>
        <w:t>FISHTAIL SCHOOL DISTRICT</w:t>
      </w:r>
    </w:p>
    <w:p w14:paraId="3792193E" w14:textId="77777777" w:rsidR="00F746DB" w:rsidRDefault="00397E73">
      <w:pPr>
        <w:jc w:val="center"/>
      </w:pPr>
      <w:r>
        <w:rPr>
          <w:b/>
          <w:sz w:val="26"/>
        </w:rPr>
        <w:t>BOARD OF TRUSTEES</w:t>
      </w:r>
    </w:p>
    <w:p w14:paraId="7ADF2BCC" w14:textId="41BAA2DE" w:rsidR="00F746DB" w:rsidRDefault="005A722B">
      <w:pPr>
        <w:jc w:val="center"/>
      </w:pPr>
      <w:r>
        <w:rPr>
          <w:b/>
          <w:sz w:val="26"/>
        </w:rPr>
        <w:t>SPECIAL BOARD</w:t>
      </w:r>
      <w:r w:rsidR="00397E73">
        <w:rPr>
          <w:b/>
          <w:sz w:val="26"/>
        </w:rPr>
        <w:t xml:space="preserve"> MEETING AGENDA</w:t>
      </w:r>
    </w:p>
    <w:p w14:paraId="5EA02DDD" w14:textId="77777777" w:rsidR="00F746DB" w:rsidRDefault="00397E73">
      <w:pPr>
        <w:jc w:val="center"/>
      </w:pPr>
      <w:r>
        <w:rPr>
          <w:sz w:val="22"/>
        </w:rPr>
        <w:t>Friday, August 21, 2026 | 4:00 p.m.</w:t>
      </w:r>
    </w:p>
    <w:p w14:paraId="420C61C2" w14:textId="77777777" w:rsidR="00F746DB" w:rsidRDefault="00397E73">
      <w:pPr>
        <w:jc w:val="center"/>
      </w:pPr>
      <w:r>
        <w:rPr>
          <w:i/>
        </w:rPr>
        <w:t>Fishtail School</w:t>
      </w:r>
    </w:p>
    <w:p w14:paraId="700F2D95" w14:textId="77777777" w:rsidR="00F746DB" w:rsidRDefault="00F746DB"/>
    <w:p w14:paraId="1154B2BB" w14:textId="15D8F4C3" w:rsidR="00F746DB" w:rsidRDefault="00397E73">
      <w:pPr>
        <w:spacing w:before="140" w:after="40"/>
      </w:pPr>
      <w:r>
        <w:rPr>
          <w:b/>
          <w:sz w:val="22"/>
        </w:rPr>
        <w:t xml:space="preserve">I. </w:t>
      </w:r>
      <w:r w:rsidR="00115315">
        <w:rPr>
          <w:b/>
          <w:sz w:val="22"/>
        </w:rPr>
        <w:t xml:space="preserve">  </w:t>
      </w:r>
      <w:r>
        <w:rPr>
          <w:b/>
          <w:sz w:val="22"/>
        </w:rPr>
        <w:t xml:space="preserve"> CALL TO ORDER</w:t>
      </w:r>
    </w:p>
    <w:p w14:paraId="74840D9C" w14:textId="0FF3DDBE" w:rsidR="00F746DB" w:rsidRDefault="00397E73">
      <w:pPr>
        <w:spacing w:before="140" w:after="40"/>
      </w:pPr>
      <w:r>
        <w:rPr>
          <w:b/>
          <w:sz w:val="22"/>
        </w:rPr>
        <w:t>II.  ESTABLISHMENT OF QUORUM</w:t>
      </w:r>
    </w:p>
    <w:p w14:paraId="090AFEE7" w14:textId="0C4551D8" w:rsidR="00F746DB" w:rsidRDefault="00397E73">
      <w:pPr>
        <w:spacing w:before="140" w:after="40"/>
      </w:pPr>
      <w:r>
        <w:rPr>
          <w:b/>
          <w:sz w:val="22"/>
        </w:rPr>
        <w:t>I</w:t>
      </w:r>
      <w:r w:rsidR="00C01365">
        <w:rPr>
          <w:b/>
          <w:sz w:val="22"/>
        </w:rPr>
        <w:t>II</w:t>
      </w:r>
      <w:r>
        <w:rPr>
          <w:b/>
          <w:sz w:val="22"/>
        </w:rPr>
        <w:t>.  PUBLIC COMMENT ON NON-AGENDA ITEMS</w:t>
      </w:r>
    </w:p>
    <w:p w14:paraId="05E1A6AF" w14:textId="77777777" w:rsidR="00F746DB" w:rsidRDefault="00397E73">
      <w:pPr>
        <w:spacing w:after="100"/>
        <w:ind w:left="360" w:right="216"/>
      </w:pPr>
      <w:r>
        <w:rPr>
          <w:i/>
          <w:sz w:val="19"/>
        </w:rPr>
        <w:t>This portion of the meeting is reserved for public comment on matters within the jurisdiction of the Board that are not otherwise specifically listed on the agenda. Members of the public wishing to comment on an agenda item may be recognized by the Board Chair when that item is considered. The Board may not take action on a matter raised during public comment unless the matter is properly noticed on a future agenda. Comments should be directed to the Board and should not include confidential or personally identifiable information protected by law.</w:t>
      </w:r>
    </w:p>
    <w:p w14:paraId="3CC434FB" w14:textId="5A617C79" w:rsidR="00F746DB" w:rsidRDefault="00C01365">
      <w:pPr>
        <w:spacing w:before="140" w:after="40"/>
      </w:pPr>
      <w:r>
        <w:rPr>
          <w:b/>
          <w:sz w:val="22"/>
        </w:rPr>
        <w:t>I</w:t>
      </w:r>
      <w:r w:rsidR="00397E73">
        <w:rPr>
          <w:b/>
          <w:sz w:val="22"/>
        </w:rPr>
        <w:t>V.  APPOINTMENT OF TRUSTEE TO FILL VACANCY</w:t>
      </w:r>
    </w:p>
    <w:p w14:paraId="4E315DDF" w14:textId="77777777" w:rsidR="00F746DB" w:rsidRDefault="00397E73">
      <w:pPr>
        <w:pStyle w:val="ListBullet"/>
        <w:spacing w:after="20"/>
        <w:ind w:left="504"/>
      </w:pPr>
      <w:r>
        <w:t>Discussion and possible action regarding the appointment of a trustee to fill the current Board vacancy.</w:t>
      </w:r>
    </w:p>
    <w:p w14:paraId="56EB01F0" w14:textId="07F83765" w:rsidR="00F746DB" w:rsidRDefault="00397E73">
      <w:pPr>
        <w:spacing w:before="140" w:after="40"/>
      </w:pPr>
      <w:r>
        <w:rPr>
          <w:b/>
          <w:sz w:val="22"/>
        </w:rPr>
        <w:t>V.  CONSENT AGENDA</w:t>
      </w:r>
    </w:p>
    <w:p w14:paraId="10B62A6F" w14:textId="77777777" w:rsidR="00F746DB" w:rsidRDefault="00397E73">
      <w:pPr>
        <w:spacing w:after="80"/>
        <w:ind w:left="360" w:right="216"/>
      </w:pPr>
      <w:r>
        <w:rPr>
          <w:i/>
          <w:sz w:val="19"/>
        </w:rPr>
        <w:t>The following items are considered routine and may be approved by one motion. Any Trustee may request that an item be removed from the Consent Agenda for separate discussion and action.</w:t>
      </w:r>
    </w:p>
    <w:p w14:paraId="37869A6C" w14:textId="77777777" w:rsidR="00F746DB" w:rsidRDefault="00397E73">
      <w:pPr>
        <w:pStyle w:val="ListBullet"/>
        <w:spacing w:after="20"/>
        <w:ind w:left="504"/>
      </w:pPr>
      <w:r>
        <w:t>Approval of Minutes</w:t>
      </w:r>
    </w:p>
    <w:p w14:paraId="41DF009E" w14:textId="77777777" w:rsidR="00F746DB" w:rsidRDefault="00397E73">
      <w:pPr>
        <w:pStyle w:val="ListBullet"/>
        <w:spacing w:after="20"/>
        <w:ind w:left="504"/>
      </w:pPr>
      <w:r>
        <w:t>Approval of Bills and Signing of Warrants</w:t>
      </w:r>
    </w:p>
    <w:p w14:paraId="23279002" w14:textId="37DEB7C6" w:rsidR="00F746DB" w:rsidRDefault="00397E73">
      <w:pPr>
        <w:pStyle w:val="ListBullet"/>
        <w:spacing w:after="20"/>
        <w:ind w:left="504"/>
      </w:pPr>
      <w:r>
        <w:t xml:space="preserve">Approval and </w:t>
      </w:r>
      <w:proofErr w:type="gramStart"/>
      <w:r>
        <w:t>Signing</w:t>
      </w:r>
      <w:proofErr w:type="gramEnd"/>
      <w:r>
        <w:t xml:space="preserve"> of FP-14 Forms</w:t>
      </w:r>
    </w:p>
    <w:p w14:paraId="644A6999" w14:textId="75E6256A" w:rsidR="00462EB0" w:rsidRDefault="00462EB0">
      <w:pPr>
        <w:pStyle w:val="ListBullet"/>
        <w:spacing w:after="20"/>
        <w:ind w:left="504"/>
      </w:pPr>
      <w:r>
        <w:t>Sign First Semester Bus Inspection</w:t>
      </w:r>
    </w:p>
    <w:p w14:paraId="3FCC51B4" w14:textId="1A863A48" w:rsidR="00F746DB" w:rsidRDefault="00397E73">
      <w:pPr>
        <w:spacing w:before="140" w:after="40"/>
      </w:pPr>
      <w:r>
        <w:rPr>
          <w:b/>
          <w:sz w:val="22"/>
        </w:rPr>
        <w:t>VI.  HEARING OF DELEGATIONS / RECOGNITION OF GUESTS</w:t>
      </w:r>
    </w:p>
    <w:p w14:paraId="00A5B0AD" w14:textId="2753A657" w:rsidR="00F746DB" w:rsidRDefault="00397E73" w:rsidP="00CC3B14">
      <w:pPr>
        <w:pStyle w:val="ListBullet"/>
        <w:spacing w:after="20"/>
        <w:ind w:left="504"/>
      </w:pPr>
      <w:r>
        <w:t>Krystle</w:t>
      </w:r>
    </w:p>
    <w:p w14:paraId="6F778887" w14:textId="4B20149E" w:rsidR="00F746DB" w:rsidRDefault="007B365A">
      <w:pPr>
        <w:spacing w:before="140" w:after="40"/>
      </w:pPr>
      <w:r>
        <w:rPr>
          <w:b/>
          <w:sz w:val="22"/>
        </w:rPr>
        <w:t>VII</w:t>
      </w:r>
      <w:r w:rsidR="00397E73">
        <w:rPr>
          <w:b/>
          <w:sz w:val="22"/>
        </w:rPr>
        <w:t>.  UNFINISHED BUSINESS</w:t>
      </w:r>
    </w:p>
    <w:p w14:paraId="57BD9F46" w14:textId="77777777" w:rsidR="00F746DB" w:rsidRDefault="00397E73">
      <w:pPr>
        <w:pStyle w:val="ListBullet"/>
        <w:spacing w:after="20"/>
        <w:ind w:left="504"/>
      </w:pPr>
      <w:r>
        <w:t>Annual Wellness Policy Review</w:t>
      </w:r>
    </w:p>
    <w:p w14:paraId="6F66FC37" w14:textId="5A618D72" w:rsidR="00F746DB" w:rsidRDefault="007B365A" w:rsidP="00462EB0">
      <w:pPr>
        <w:spacing w:before="140" w:after="40"/>
      </w:pPr>
      <w:r>
        <w:rPr>
          <w:b/>
          <w:sz w:val="22"/>
        </w:rPr>
        <w:t>VIII</w:t>
      </w:r>
      <w:r w:rsidR="00397E73">
        <w:rPr>
          <w:b/>
          <w:sz w:val="22"/>
        </w:rPr>
        <w:t>.  NEW BUSINESS</w:t>
      </w:r>
    </w:p>
    <w:p w14:paraId="5CE6BC3F" w14:textId="1996CC6F" w:rsidR="00F746DB" w:rsidRDefault="00397E73">
      <w:pPr>
        <w:pStyle w:val="ListBullet"/>
        <w:spacing w:after="20"/>
        <w:ind w:left="504"/>
      </w:pPr>
      <w:r>
        <w:t xml:space="preserve">Review and </w:t>
      </w:r>
      <w:r w:rsidR="00CC3B14">
        <w:t>approval</w:t>
      </w:r>
      <w:r>
        <w:t xml:space="preserve"> updated 2026-2027 Bus Route</w:t>
      </w:r>
    </w:p>
    <w:p w14:paraId="1AD096E1" w14:textId="27B73E84" w:rsidR="00F746DB" w:rsidRDefault="00397E73">
      <w:pPr>
        <w:pStyle w:val="ListBullet"/>
        <w:spacing w:after="20"/>
        <w:ind w:left="504"/>
      </w:pPr>
      <w:r>
        <w:t xml:space="preserve">Approve 2025-2026 Trustee Financial Summary </w:t>
      </w:r>
    </w:p>
    <w:p w14:paraId="4F38EEFC" w14:textId="77777777" w:rsidR="00F746DB" w:rsidRDefault="00397E73">
      <w:pPr>
        <w:pStyle w:val="ListBullet"/>
        <w:spacing w:after="20"/>
        <w:ind w:left="504"/>
      </w:pPr>
      <w:r>
        <w:t>Approve 2026-2027 District Budget</w:t>
      </w:r>
    </w:p>
    <w:p w14:paraId="56350AB1" w14:textId="77777777" w:rsidR="00F746DB" w:rsidRDefault="00397E73">
      <w:pPr>
        <w:pStyle w:val="ListBullet"/>
        <w:spacing w:after="20"/>
        <w:ind w:left="504"/>
      </w:pPr>
      <w:r>
        <w:t>Paraprofessional Position — Request for Part-Time Status</w:t>
      </w:r>
    </w:p>
    <w:p w14:paraId="22C5E14A" w14:textId="07FE0193" w:rsidR="00F746DB" w:rsidRDefault="00397E73" w:rsidP="00462EB0">
      <w:pPr>
        <w:pStyle w:val="ListBullet"/>
        <w:spacing w:after="20"/>
        <w:ind w:left="504"/>
      </w:pPr>
      <w:r>
        <w:t>District Reorganization</w:t>
      </w:r>
    </w:p>
    <w:p w14:paraId="1C609D04" w14:textId="76307097" w:rsidR="00F746DB" w:rsidRDefault="007B365A">
      <w:pPr>
        <w:spacing w:before="140" w:after="40"/>
      </w:pPr>
      <w:r>
        <w:rPr>
          <w:b/>
          <w:sz w:val="22"/>
        </w:rPr>
        <w:t>IX</w:t>
      </w:r>
      <w:r w:rsidR="00397E73">
        <w:rPr>
          <w:b/>
          <w:sz w:val="22"/>
        </w:rPr>
        <w:t>.  MONTHLY SAFETY CHECK</w:t>
      </w:r>
    </w:p>
    <w:p w14:paraId="417460B8" w14:textId="5F764001" w:rsidR="00F746DB" w:rsidRDefault="00397E73">
      <w:pPr>
        <w:spacing w:before="140" w:after="40"/>
      </w:pPr>
      <w:r>
        <w:rPr>
          <w:b/>
          <w:sz w:val="22"/>
        </w:rPr>
        <w:t>X.  ADJOURNMENT</w:t>
      </w:r>
    </w:p>
    <w:sectPr w:rsidR="00F746DB" w:rsidSect="00034616">
      <w:footerReference w:type="default" r:id="rId8"/>
      <w:pgSz w:w="12240" w:h="15840"/>
      <w:pgMar w:top="864" w:right="1224" w:bottom="864"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8CEA2" w14:textId="77777777" w:rsidR="00665518" w:rsidRDefault="00665518">
      <w:pPr>
        <w:spacing w:after="0" w:line="240" w:lineRule="auto"/>
      </w:pPr>
      <w:r>
        <w:separator/>
      </w:r>
    </w:p>
  </w:endnote>
  <w:endnote w:type="continuationSeparator" w:id="0">
    <w:p w14:paraId="19C8FF7D" w14:textId="77777777" w:rsidR="00665518" w:rsidRDefault="00665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9D48A" w14:textId="77777777" w:rsidR="00F746DB" w:rsidRDefault="00397E73">
    <w:pPr>
      <w:pStyle w:val="Footer"/>
      <w:jc w:val="center"/>
    </w:pPr>
    <w:r>
      <w:rPr>
        <w:sz w:val="16"/>
      </w:rPr>
      <w:t>Fishtail School District Board of Trustees • Regular Meeting Agenda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3A2E" w14:textId="77777777" w:rsidR="00665518" w:rsidRDefault="00665518">
      <w:pPr>
        <w:spacing w:after="0" w:line="240" w:lineRule="auto"/>
      </w:pPr>
      <w:r>
        <w:separator/>
      </w:r>
    </w:p>
  </w:footnote>
  <w:footnote w:type="continuationSeparator" w:id="0">
    <w:p w14:paraId="14783207" w14:textId="77777777" w:rsidR="00665518" w:rsidRDefault="00665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3572563">
    <w:abstractNumId w:val="8"/>
  </w:num>
  <w:num w:numId="2" w16cid:durableId="1805540341">
    <w:abstractNumId w:val="6"/>
  </w:num>
  <w:num w:numId="3" w16cid:durableId="1555775292">
    <w:abstractNumId w:val="5"/>
  </w:num>
  <w:num w:numId="4" w16cid:durableId="1367290579">
    <w:abstractNumId w:val="4"/>
  </w:num>
  <w:num w:numId="5" w16cid:durableId="2067297108">
    <w:abstractNumId w:val="7"/>
  </w:num>
  <w:num w:numId="6" w16cid:durableId="1189027953">
    <w:abstractNumId w:val="3"/>
  </w:num>
  <w:num w:numId="7" w16cid:durableId="1093821103">
    <w:abstractNumId w:val="2"/>
  </w:num>
  <w:num w:numId="8" w16cid:durableId="1111583258">
    <w:abstractNumId w:val="1"/>
  </w:num>
  <w:num w:numId="9" w16cid:durableId="183121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67B"/>
    <w:rsid w:val="00034616"/>
    <w:rsid w:val="0006063C"/>
    <w:rsid w:val="00115315"/>
    <w:rsid w:val="0015074B"/>
    <w:rsid w:val="001A7043"/>
    <w:rsid w:val="0021208E"/>
    <w:rsid w:val="0029639D"/>
    <w:rsid w:val="00326F90"/>
    <w:rsid w:val="00397E73"/>
    <w:rsid w:val="00462EB0"/>
    <w:rsid w:val="005A722B"/>
    <w:rsid w:val="00665518"/>
    <w:rsid w:val="007A1E2D"/>
    <w:rsid w:val="007B365A"/>
    <w:rsid w:val="00AA1D8D"/>
    <w:rsid w:val="00B47730"/>
    <w:rsid w:val="00C01365"/>
    <w:rsid w:val="00CB0664"/>
    <w:rsid w:val="00CC3B14"/>
    <w:rsid w:val="00E9593F"/>
    <w:rsid w:val="00F746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7B021"/>
  <w14:defaultImageDpi w14:val="300"/>
  <w15:docId w15:val="{3D9EEB29-ABD1-45CD-B420-D94A3BF0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Lofing</cp:lastModifiedBy>
  <cp:revision>10</cp:revision>
  <dcterms:created xsi:type="dcterms:W3CDTF">2026-08-19T03:37:00Z</dcterms:created>
  <dcterms:modified xsi:type="dcterms:W3CDTF">2026-08-19T03:45:00Z</dcterms:modified>
  <cp:category/>
</cp:coreProperties>
</file>